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EA678E" w:rsidRPr="008511A0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511A0" w:rsidRPr="00E17DAF" w:rsidRDefault="008511A0" w:rsidP="008511A0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HARGHITA</w:t>
            </w:r>
          </w:p>
          <w:p w:rsidR="00EA678E" w:rsidRPr="008511A0" w:rsidRDefault="008511A0" w:rsidP="008511A0">
            <w:pPr>
              <w:spacing w:after="40"/>
              <w:rPr>
                <w:rFonts w:ascii="Trebuchet MS" w:hAnsi="Trebuchet MS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COMUNA LĂZAREA</w:t>
            </w:r>
            <w:r w:rsidRPr="00E17DAF">
              <w:rPr>
                <w:rFonts w:ascii="Trebuchet MS" w:hAnsi="Trebuchet MS"/>
                <w:sz w:val="17"/>
              </w:rPr>
              <w:br/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E17DAF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E17DAF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E17DAF">
              <w:rPr>
                <w:rFonts w:ascii="Trebuchet MS" w:hAnsi="Trebuchet MS"/>
                <w:b/>
                <w:sz w:val="17"/>
              </w:rPr>
              <w:br/>
            </w:r>
            <w:r w:rsidRPr="00E17DAF">
              <w:rPr>
                <w:rFonts w:ascii="Trebuchet MS" w:hAnsi="Trebuchet MS"/>
                <w:sz w:val="17"/>
              </w:rPr>
              <w:t xml:space="preserve">CIF: </w:t>
            </w:r>
            <w:r w:rsidRPr="00E17DAF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511A0" w:rsidRDefault="008511A0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8752" behindDoc="0" locked="0" layoutInCell="1" allowOverlap="1" wp14:anchorId="2734B5DC" wp14:editId="2C31856D">
                  <wp:simplePos x="0" y="0"/>
                  <wp:positionH relativeFrom="margin">
                    <wp:posOffset>833120</wp:posOffset>
                  </wp:positionH>
                  <wp:positionV relativeFrom="margin">
                    <wp:posOffset>2540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11A0">
              <w:rPr>
                <w:rFonts w:ascii="Trebuchet MS" w:hAnsi="Trebuchet MS"/>
                <w:b/>
                <w:sz w:val="17"/>
              </w:rPr>
              <w:br/>
            </w:r>
          </w:p>
          <w:p w:rsidR="008511A0" w:rsidRDefault="008511A0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8511A0" w:rsidRDefault="008511A0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EA678E" w:rsidRPr="008511A0" w:rsidRDefault="008511A0" w:rsidP="008511A0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b/>
                <w:sz w:val="17"/>
              </w:rPr>
              <w:t xml:space="preserve">F_A_10 - </w:t>
            </w:r>
            <w:proofErr w:type="spellStart"/>
            <w:r w:rsidRPr="008511A0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8511A0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8511A0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8511A0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EA678E" w:rsidRPr="008511A0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EA678E" w:rsidRPr="008511A0" w:rsidRDefault="008511A0">
            <w:pPr>
              <w:jc w:val="center"/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b/>
                <w:sz w:val="21"/>
              </w:rPr>
              <w:t>ÎNȘTIINȚARE PRIVIND ÎNCHEIEREA EXECUȚIEI LUCRĂRILOR (CĂTRE PRIMĂRIE / CJ)</w:t>
            </w:r>
          </w:p>
        </w:tc>
      </w:tr>
    </w:tbl>
    <w:p w:rsidR="00EA678E" w:rsidRPr="008511A0" w:rsidRDefault="00EA678E">
      <w:pPr>
        <w:spacing w:after="80"/>
        <w:rPr>
          <w:rFonts w:ascii="Trebuchet MS" w:hAnsi="Trebuchet MS"/>
        </w:rPr>
      </w:pPr>
    </w:p>
    <w:p w:rsidR="00EA678E" w:rsidRPr="008511A0" w:rsidRDefault="008511A0">
      <w:pPr>
        <w:rPr>
          <w:rFonts w:ascii="Trebuchet MS" w:hAnsi="Trebuchet MS"/>
        </w:rPr>
      </w:pPr>
      <w:r w:rsidRPr="008511A0">
        <w:rPr>
          <w:rFonts w:ascii="Trebuchet MS" w:hAnsi="Trebuchet MS"/>
          <w:b/>
        </w:rPr>
        <w:t>1. CĂTRE</w:t>
      </w:r>
    </w:p>
    <w:p w:rsidR="00EA678E" w:rsidRPr="008511A0" w:rsidRDefault="008511A0">
      <w:pPr>
        <w:rPr>
          <w:rFonts w:ascii="Trebuchet MS" w:hAnsi="Trebuchet MS"/>
        </w:rPr>
      </w:pPr>
      <w:r w:rsidRPr="008511A0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-272549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1A0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8511A0">
        <w:rPr>
          <w:rFonts w:ascii="Trebuchet MS" w:hAnsi="Trebuchet MS"/>
          <w:sz w:val="18"/>
        </w:rPr>
        <w:t xml:space="preserve"> primăr</w:t>
      </w:r>
      <w:r w:rsidRPr="008511A0">
        <w:rPr>
          <w:rFonts w:ascii="Trebuchet MS" w:hAnsi="Trebuchet MS"/>
          <w:sz w:val="18"/>
        </w:rPr>
        <w:t>ia municipiului / orașului / comunei</w:t>
      </w:r>
      <w:r w:rsidRPr="008511A0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999030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1A0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8511A0">
        <w:rPr>
          <w:rFonts w:ascii="Trebuchet MS" w:hAnsi="Trebuchet MS"/>
          <w:sz w:val="18"/>
        </w:rPr>
        <w:t xml:space="preserve"> primăria de sector</w:t>
      </w:r>
      <w:r w:rsidRPr="008511A0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89689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1A0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8511A0">
        <w:rPr>
          <w:rFonts w:ascii="Trebuchet MS" w:hAnsi="Trebuchet MS"/>
          <w:sz w:val="18"/>
        </w:rPr>
        <w:t xml:space="preserve"> consiliul județean</w:t>
      </w:r>
    </w:p>
    <w:p w:rsidR="008511A0" w:rsidRPr="008511A0" w:rsidRDefault="008511A0">
      <w:pPr>
        <w:spacing w:after="80"/>
        <w:rPr>
          <w:rFonts w:ascii="Trebuchet MS" w:hAnsi="Trebuchet MS"/>
          <w:b/>
          <w:i/>
          <w:sz w:val="20"/>
        </w:rPr>
      </w:pPr>
      <w:r w:rsidRPr="008511A0">
        <w:rPr>
          <w:rFonts w:ascii="Trebuchet MS" w:hAnsi="Trebuchet MS"/>
          <w:b/>
          <w:i/>
          <w:sz w:val="20"/>
        </w:rPr>
        <w:t>PRIMĂRIA COMUNEI LĂZAREA</w:t>
      </w:r>
      <w:bookmarkStart w:id="0" w:name="_GoBack"/>
      <w:bookmarkEnd w:id="0"/>
    </w:p>
    <w:p w:rsidR="00EA678E" w:rsidRPr="008511A0" w:rsidRDefault="008511A0">
      <w:pPr>
        <w:spacing w:after="80"/>
        <w:rPr>
          <w:rFonts w:ascii="Trebuchet MS" w:hAnsi="Trebuchet MS"/>
          <w:sz w:val="20"/>
        </w:rPr>
      </w:pPr>
      <w:proofErr w:type="spellStart"/>
      <w:r w:rsidRPr="008511A0">
        <w:rPr>
          <w:rFonts w:ascii="Trebuchet MS" w:hAnsi="Trebuchet MS"/>
          <w:i/>
          <w:sz w:val="14"/>
        </w:rPr>
        <w:t>Cererea</w:t>
      </w:r>
      <w:proofErr w:type="spellEnd"/>
      <w:r w:rsidRPr="008511A0">
        <w:rPr>
          <w:rFonts w:ascii="Trebuchet MS" w:hAnsi="Trebuchet MS"/>
          <w:i/>
          <w:sz w:val="14"/>
        </w:rPr>
        <w:t xml:space="preserve"> </w:t>
      </w:r>
      <w:proofErr w:type="spellStart"/>
      <w:r w:rsidRPr="008511A0">
        <w:rPr>
          <w:rFonts w:ascii="Trebuchet MS" w:hAnsi="Trebuchet MS"/>
          <w:i/>
          <w:sz w:val="14"/>
        </w:rPr>
        <w:t>va</w:t>
      </w:r>
      <w:proofErr w:type="spellEnd"/>
      <w:r w:rsidRPr="008511A0">
        <w:rPr>
          <w:rFonts w:ascii="Trebuchet MS" w:hAnsi="Trebuchet MS"/>
          <w:i/>
          <w:sz w:val="14"/>
        </w:rPr>
        <w:t xml:space="preserve"> fi </w:t>
      </w:r>
      <w:proofErr w:type="spellStart"/>
      <w:r w:rsidRPr="008511A0">
        <w:rPr>
          <w:rFonts w:ascii="Trebuchet MS" w:hAnsi="Trebuchet MS"/>
          <w:i/>
          <w:sz w:val="14"/>
        </w:rPr>
        <w:t>transmisă</w:t>
      </w:r>
      <w:proofErr w:type="spellEnd"/>
      <w:r w:rsidRPr="008511A0">
        <w:rPr>
          <w:rFonts w:ascii="Trebuchet MS" w:hAnsi="Trebuchet MS"/>
          <w:i/>
          <w:sz w:val="14"/>
        </w:rPr>
        <w:t xml:space="preserve"> către președintele consiliului județean, primarul general, primarul de sector sau primarul municipiului/orașului/comunei, după caz.</w:t>
      </w:r>
    </w:p>
    <w:p w:rsidR="00EA678E" w:rsidRPr="008511A0" w:rsidRDefault="008511A0">
      <w:pPr>
        <w:rPr>
          <w:rFonts w:ascii="Trebuchet MS" w:hAnsi="Trebuchet MS"/>
        </w:rPr>
      </w:pPr>
      <w:r w:rsidRPr="008511A0">
        <w:rPr>
          <w:rFonts w:ascii="Trebuchet MS" w:hAnsi="Trebuchet MS"/>
          <w:b/>
        </w:rPr>
        <w:t>2. SOLICI</w:t>
      </w:r>
      <w:r w:rsidRPr="008511A0">
        <w:rPr>
          <w:rFonts w:ascii="Trebuchet MS" w:hAnsi="Trebuchet MS"/>
          <w:b/>
        </w:rPr>
        <w:t>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EA678E" w:rsidRPr="008511A0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EA678E" w:rsidRPr="008511A0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8511A0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8511A0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8511A0">
              <w:rPr>
                <w:rFonts w:ascii="Trebuchet MS" w:hAnsi="Trebuchet MS"/>
                <w:sz w:val="17"/>
              </w:rPr>
              <w:br/>
            </w:r>
            <w:r w:rsidRPr="008511A0">
              <w:rPr>
                <w:rFonts w:ascii="Trebuchet MS" w:hAnsi="Trebuchet MS"/>
                <w:sz w:val="17"/>
              </w:rPr>
              <w:t>Sat/sector: .................... Str. ............................</w:t>
            </w:r>
            <w:r w:rsidRPr="008511A0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EA678E" w:rsidRPr="008511A0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EA678E" w:rsidRPr="008511A0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 xml:space="preserve">În calitate de </w:t>
            </w:r>
            <w:r w:rsidRPr="008511A0">
              <w:rPr>
                <w:rFonts w:ascii="Trebuchet MS" w:hAnsi="Trebuchet MS"/>
                <w:sz w:val="17"/>
              </w:rPr>
              <w:t>reprezentant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EA678E" w:rsidRPr="008511A0" w:rsidRDefault="00EA678E">
      <w:pPr>
        <w:spacing w:after="60"/>
        <w:rPr>
          <w:rFonts w:ascii="Trebuchet MS" w:hAnsi="Trebuchet MS"/>
        </w:rPr>
      </w:pPr>
    </w:p>
    <w:p w:rsidR="00EA678E" w:rsidRPr="008511A0" w:rsidRDefault="008511A0">
      <w:pPr>
        <w:rPr>
          <w:rFonts w:ascii="Trebuchet MS" w:hAnsi="Trebuchet MS"/>
        </w:rPr>
      </w:pPr>
      <w:r w:rsidRPr="008511A0">
        <w:rPr>
          <w:rFonts w:ascii="Trebuchet MS" w:hAnsi="Trebuchet MS"/>
        </w:rPr>
        <w:t>3. Titular al AC/AD nr. .......... din .......... ADUC LA CUNOȘTINȚĂ că la data de .......... au fost finalizate lucrările.</w:t>
      </w:r>
    </w:p>
    <w:p w:rsidR="00EA678E" w:rsidRPr="008511A0" w:rsidRDefault="008511A0">
      <w:pPr>
        <w:rPr>
          <w:rFonts w:ascii="Trebuchet MS" w:hAnsi="Trebuchet MS"/>
        </w:rPr>
      </w:pPr>
      <w:r w:rsidRPr="008511A0">
        <w:rPr>
          <w:rFonts w:ascii="Trebuchet MS" w:hAnsi="Trebuchet MS"/>
          <w:b/>
        </w:rPr>
        <w:t>4. IMOBILUL</w:t>
      </w:r>
    </w:p>
    <w:p w:rsidR="00EA678E" w:rsidRPr="008511A0" w:rsidRDefault="008511A0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556307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1A0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8511A0">
        <w:rPr>
          <w:rFonts w:ascii="Trebuchet MS" w:hAnsi="Trebuchet MS"/>
          <w:sz w:val="18"/>
        </w:rPr>
        <w:t xml:space="preserve"> teren</w:t>
      </w:r>
      <w:r w:rsidRPr="008511A0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972351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1A0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8511A0">
        <w:rPr>
          <w:rFonts w:ascii="Trebuchet MS" w:hAnsi="Trebuchet MS"/>
          <w:sz w:val="18"/>
        </w:rPr>
        <w:t xml:space="preserve"> construcții</w:t>
      </w:r>
      <w:r w:rsidRPr="008511A0">
        <w:rPr>
          <w:rFonts w:ascii="Trebuchet MS" w:hAnsi="Trebuchet MS"/>
        </w:rPr>
        <w:br/>
        <w:t>Județ: ............................. Municipiu/oraș/comună: ............................. Sat/sector: ............................. Cod poștal: ............</w:t>
      </w:r>
      <w:r w:rsidRPr="008511A0">
        <w:rPr>
          <w:rFonts w:ascii="Trebuchet MS" w:hAnsi="Trebuchet MS"/>
        </w:rPr>
        <w:br/>
        <w:t>Strada: ........................................................................ Nr. .</w:t>
      </w:r>
      <w:r w:rsidRPr="008511A0">
        <w:rPr>
          <w:rFonts w:ascii="Trebuchet MS" w:hAnsi="Trebuchet MS"/>
        </w:rPr>
        <w:t>....... Bl. ........ sc. ........ et. ........ ap. ........</w:t>
      </w:r>
      <w:r w:rsidRPr="008511A0">
        <w:rPr>
          <w:rFonts w:ascii="Trebuchet MS" w:hAnsi="Trebuchet MS"/>
        </w:rPr>
        <w:br/>
        <w:t>Suprafața terenului (m²): ........................ Număr cadastral: ........................ Carte funciară nr.: ........................</w:t>
      </w:r>
    </w:p>
    <w:p w:rsidR="00EA678E" w:rsidRPr="008511A0" w:rsidRDefault="008511A0">
      <w:pPr>
        <w:rPr>
          <w:rFonts w:ascii="Trebuchet MS" w:hAnsi="Trebuchet MS"/>
        </w:rPr>
      </w:pPr>
      <w:r w:rsidRPr="008511A0">
        <w:rPr>
          <w:rFonts w:ascii="Trebuchet MS" w:hAnsi="Trebuchet MS"/>
          <w:b/>
        </w:rPr>
        <w:t>5. CONVOCAREA COMISIEI DE RECEPȚIE la terminarea lucrărilo</w:t>
      </w:r>
      <w:r w:rsidRPr="008511A0">
        <w:rPr>
          <w:rFonts w:ascii="Trebuchet MS" w:hAnsi="Trebuchet MS"/>
          <w:b/>
        </w:rPr>
        <w:t>r la data de .................... ora ..........</w:t>
      </w:r>
      <w:r w:rsidRPr="008511A0">
        <w:rPr>
          <w:rFonts w:ascii="Trebuchet MS" w:hAnsi="Trebuchet MS"/>
          <w:b/>
        </w:rPr>
        <w:br/>
      </w:r>
    </w:p>
    <w:p w:rsidR="00EA678E" w:rsidRPr="008511A0" w:rsidRDefault="008511A0">
      <w:pPr>
        <w:rPr>
          <w:rFonts w:ascii="Trebuchet MS" w:hAnsi="Trebuchet MS"/>
        </w:rPr>
      </w:pPr>
      <w:r w:rsidRPr="008511A0">
        <w:rPr>
          <w:rFonts w:ascii="Trebuchet MS" w:hAnsi="Trebuchet MS"/>
          <w:b/>
        </w:rPr>
        <w:t>6.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EA678E" w:rsidRPr="008511A0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EA678E" w:rsidRPr="008511A0" w:rsidRDefault="008511A0">
            <w:pPr>
              <w:rPr>
                <w:rFonts w:ascii="Trebuchet MS" w:hAnsi="Trebuchet MS"/>
              </w:rPr>
            </w:pPr>
            <w:r w:rsidRPr="008511A0">
              <w:rPr>
                <w:rFonts w:ascii="Trebuchet MS" w:hAnsi="Trebuchet MS"/>
                <w:sz w:val="18"/>
              </w:rPr>
              <w:t>Titularul autorizației: ........................................</w:t>
            </w:r>
            <w:r w:rsidRPr="008511A0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EA678E" w:rsidRPr="008511A0" w:rsidRDefault="00EA678E">
      <w:pPr>
        <w:spacing w:after="80"/>
        <w:rPr>
          <w:rFonts w:ascii="Trebuchet MS" w:hAnsi="Trebuchet MS"/>
        </w:rPr>
      </w:pPr>
    </w:p>
    <w:sectPr w:rsidR="00EA678E" w:rsidRPr="008511A0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11A0"/>
    <w:rsid w:val="00AA1D8D"/>
    <w:rsid w:val="00B47730"/>
    <w:rsid w:val="00CB0664"/>
    <w:rsid w:val="00EA67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36D18E"/>
  <w14:defaultImageDpi w14:val="300"/>
  <w15:docId w15:val="{A730FE3A-7341-460F-BD73-5BDAA9A9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FF1DBB-7088-4739-9401-B057FCB2B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2026-09-11T08:59:00Z</dcterms:created>
  <dcterms:modified xsi:type="dcterms:W3CDTF">2026-09-11T08:59:00Z</dcterms:modified>
  <cp:category/>
</cp:coreProperties>
</file>